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25E0" w14:textId="77777777" w:rsidR="00A64576" w:rsidRDefault="00000000">
      <w:pPr>
        <w:spacing w:after="360"/>
        <w:jc w:val="center"/>
      </w:pPr>
      <w:r>
        <w:rPr>
          <w:b/>
          <w:color w:val="1F4E78"/>
          <w:sz w:val="32"/>
        </w:rPr>
        <w:t>Žádost o návštěvu okrskové volební komise s přenosnou volební schránkou</w:t>
      </w:r>
    </w:p>
    <w:p w14:paraId="6E2DE368" w14:textId="384610B6" w:rsidR="00A64576" w:rsidRDefault="00000000">
      <w:pPr>
        <w:spacing w:after="80"/>
      </w:pPr>
      <w:r>
        <w:rPr>
          <w:b/>
        </w:rPr>
        <w:t>Adresát (obecní úřad):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4576" w14:paraId="6DDBC4B5" w14:textId="77777777" w:rsidTr="00FE3E7E">
        <w:tc>
          <w:tcPr>
            <w:tcW w:w="9360" w:type="dxa"/>
          </w:tcPr>
          <w:p w14:paraId="7179EF3C" w14:textId="78B4EF0C" w:rsidR="00A64576" w:rsidRDefault="00000000">
            <w:pPr>
              <w:spacing w:before="160" w:after="800"/>
            </w:pPr>
            <w:r>
              <w:t>Obecní úřad: ......</w:t>
            </w:r>
            <w:r w:rsidR="0096359B" w:rsidRPr="0096359B">
              <w:rPr>
                <w:b/>
                <w:bCs/>
              </w:rPr>
              <w:t>Býchory,</w:t>
            </w:r>
            <w:r w:rsidR="0096359B">
              <w:t xml:space="preserve"> Býchory 57, 280 02 Kolín</w:t>
            </w:r>
            <w:r w:rsidR="00FE3E7E">
              <w:t>...........</w:t>
            </w:r>
            <w:r>
              <w:t>......................................................</w:t>
            </w:r>
          </w:p>
        </w:tc>
      </w:tr>
    </w:tbl>
    <w:p w14:paraId="2A9FAFC1" w14:textId="77777777" w:rsidR="00A64576" w:rsidRDefault="00000000">
      <w:pPr>
        <w:spacing w:after="120"/>
      </w:pPr>
      <w:r>
        <w:rPr>
          <w:b/>
        </w:rPr>
        <w:t>Identifikace žadatele (voliče):</w:t>
      </w:r>
    </w:p>
    <w:p w14:paraId="4B26391C" w14:textId="77777777" w:rsidR="00A64576" w:rsidRDefault="00000000">
      <w:r>
        <w:t>Jméno a příjmení: .................................................................................................................</w:t>
      </w:r>
    </w:p>
    <w:p w14:paraId="1469B147" w14:textId="77777777" w:rsidR="00A64576" w:rsidRDefault="00000000">
      <w:r>
        <w:t>Datum narození: .................................................................................................................</w:t>
      </w:r>
    </w:p>
    <w:p w14:paraId="35C2BCEC" w14:textId="77777777" w:rsidR="00A64576" w:rsidRDefault="00000000">
      <w:r>
        <w:t>Telefonní kontakt: .................................................................................................................</w:t>
      </w:r>
    </w:p>
    <w:p w14:paraId="0AD67232" w14:textId="77777777" w:rsidR="00A64576" w:rsidRDefault="00000000">
      <w:r>
        <w:t>E-mail: .................................................................................................................</w:t>
      </w:r>
    </w:p>
    <w:p w14:paraId="5FE78E13" w14:textId="77777777" w:rsidR="00A64576" w:rsidRDefault="00A64576">
      <w:pPr>
        <w:spacing w:after="120"/>
      </w:pPr>
    </w:p>
    <w:p w14:paraId="51426BA8" w14:textId="77777777" w:rsidR="00A64576" w:rsidRDefault="00000000">
      <w:pPr>
        <w:spacing w:after="120"/>
      </w:pPr>
      <w:r>
        <w:rPr>
          <w:b/>
        </w:rPr>
        <w:t>Adresa místa, kde se volič zdržuje a žádá o návštěvu:</w:t>
      </w:r>
    </w:p>
    <w:p w14:paraId="7C28F66D" w14:textId="77777777" w:rsidR="00A64576" w:rsidRDefault="00000000">
      <w:r>
        <w:t>Ulice a číslo popisné/orientační: ...........................................................................................</w:t>
      </w:r>
    </w:p>
    <w:p w14:paraId="4A82B11A" w14:textId="547B35F3" w:rsidR="00A64576" w:rsidRDefault="00000000">
      <w:r>
        <w:t xml:space="preserve">Obec: </w:t>
      </w:r>
      <w:r w:rsidR="009B6616">
        <w:t>……………………</w:t>
      </w:r>
      <w:r>
        <w:t>........................................................................................................</w:t>
      </w:r>
    </w:p>
    <w:p w14:paraId="12D115E1" w14:textId="77777777" w:rsidR="00A64576" w:rsidRDefault="00000000">
      <w:r>
        <w:t>Upřesnění místa (např. poschodí, číslo bytu, jméno na zvonku):</w:t>
      </w:r>
    </w:p>
    <w:p w14:paraId="7A410DA2" w14:textId="77777777" w:rsidR="00A64576" w:rsidRDefault="00000000">
      <w:r>
        <w:t>.........................................................................................................................................</w:t>
      </w:r>
    </w:p>
    <w:p w14:paraId="2CB50932" w14:textId="77777777" w:rsidR="00A64576" w:rsidRDefault="00A64576">
      <w:pPr>
        <w:spacing w:after="120"/>
      </w:pPr>
    </w:p>
    <w:p w14:paraId="382E9B0E" w14:textId="77777777" w:rsidR="00A64576" w:rsidRDefault="00000000">
      <w:pPr>
        <w:spacing w:after="80"/>
      </w:pPr>
      <w:r>
        <w:rPr>
          <w:b/>
        </w:rPr>
        <w:t>Důvod žádosti:</w:t>
      </w:r>
    </w:p>
    <w:p w14:paraId="6EFF4465" w14:textId="77777777" w:rsidR="00A64576" w:rsidRDefault="00000000" w:rsidP="009B6616">
      <w:pPr>
        <w:jc w:val="both"/>
      </w:pPr>
      <w:r>
        <w:rPr>
          <w:i/>
        </w:rPr>
        <w:t>Žádám o hlasování do přenosné volební schránky z následujících závažných (zejména zdravotních či rodinných) důvodů:</w:t>
      </w:r>
    </w:p>
    <w:p w14:paraId="51EFCE80" w14:textId="77777777" w:rsidR="00A64576" w:rsidRDefault="00000000">
      <w:r>
        <w:t>.........................................................................................................................................</w:t>
      </w:r>
    </w:p>
    <w:p w14:paraId="77D1EF6B" w14:textId="77777777" w:rsidR="00A64576" w:rsidRDefault="00000000">
      <w:pPr>
        <w:spacing w:after="360"/>
      </w:pPr>
      <w:r>
        <w:t>.........................................................................................................................................</w:t>
      </w:r>
    </w:p>
    <w:p w14:paraId="4BDAE3CA" w14:textId="77777777" w:rsidR="00A64576" w:rsidRDefault="00000000">
      <w:pPr>
        <w:spacing w:after="80"/>
      </w:pPr>
      <w:r>
        <w:rPr>
          <w:b/>
        </w:rPr>
        <w:t>Prohlášení:</w:t>
      </w:r>
    </w:p>
    <w:p w14:paraId="2761A968" w14:textId="77777777" w:rsidR="00A64576" w:rsidRDefault="00000000">
      <w:pPr>
        <w:spacing w:after="480"/>
      </w:pPr>
      <w:r>
        <w:t>Prohlašuji, že se v den a čas hlasování budu zdržovat na výše uvedené adrese, která spadá do územního obvodu daného volebního okrsku.</w:t>
      </w:r>
    </w:p>
    <w:p w14:paraId="4F04F532" w14:textId="77777777" w:rsidR="0096359B" w:rsidRDefault="0096359B">
      <w:pPr>
        <w:spacing w:before="480"/>
      </w:pPr>
    </w:p>
    <w:p w14:paraId="68ACB945" w14:textId="0C3F6E36" w:rsidR="00A64576" w:rsidRDefault="00000000">
      <w:pPr>
        <w:spacing w:before="480"/>
      </w:pPr>
      <w:r>
        <w:t>V .................................... dne .....................</w:t>
      </w:r>
      <w:r w:rsidR="009B6616">
        <w:t xml:space="preserve">                        </w:t>
      </w:r>
      <w:r>
        <w:t>......................................................</w:t>
      </w:r>
      <w:r>
        <w:br/>
      </w:r>
      <w:r w:rsidR="009B6616">
        <w:t xml:space="preserve">                                                                                                    </w:t>
      </w:r>
      <w:r>
        <w:t>Podpis žadatele (voliče)</w:t>
      </w:r>
    </w:p>
    <w:sectPr w:rsidR="00A64576" w:rsidSect="00502E10">
      <w:pgSz w:w="11906" w:h="16838" w:code="9"/>
      <w:pgMar w:top="1134" w:right="1077" w:bottom="113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9865209">
    <w:abstractNumId w:val="8"/>
  </w:num>
  <w:num w:numId="2" w16cid:durableId="2047875492">
    <w:abstractNumId w:val="6"/>
  </w:num>
  <w:num w:numId="3" w16cid:durableId="194082462">
    <w:abstractNumId w:val="5"/>
  </w:num>
  <w:num w:numId="4" w16cid:durableId="1468354824">
    <w:abstractNumId w:val="4"/>
  </w:num>
  <w:num w:numId="5" w16cid:durableId="1951278027">
    <w:abstractNumId w:val="7"/>
  </w:num>
  <w:num w:numId="6" w16cid:durableId="157161980">
    <w:abstractNumId w:val="3"/>
  </w:num>
  <w:num w:numId="7" w16cid:durableId="667755443">
    <w:abstractNumId w:val="2"/>
  </w:num>
  <w:num w:numId="8" w16cid:durableId="1710060346">
    <w:abstractNumId w:val="1"/>
  </w:num>
  <w:num w:numId="9" w16cid:durableId="12767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2E10"/>
    <w:rsid w:val="008A3C1D"/>
    <w:rsid w:val="0096359B"/>
    <w:rsid w:val="009B6616"/>
    <w:rsid w:val="00A64576"/>
    <w:rsid w:val="00AA1D8D"/>
    <w:rsid w:val="00B47730"/>
    <w:rsid w:val="00CB0664"/>
    <w:rsid w:val="00CD7F7C"/>
    <w:rsid w:val="00D664C0"/>
    <w:rsid w:val="00FC693F"/>
    <w:rsid w:val="00FE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A0378"/>
  <w14:defaultImageDpi w14:val="300"/>
  <w15:docId w15:val="{9DBA69DD-9E7D-4891-BA91-45042143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color w:val="333333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Lucie Beranová</cp:lastModifiedBy>
  <cp:revision>2</cp:revision>
  <cp:lastPrinted>2026-10-06T07:21:00Z</cp:lastPrinted>
  <dcterms:created xsi:type="dcterms:W3CDTF">2026-10-06T07:26:00Z</dcterms:created>
  <dcterms:modified xsi:type="dcterms:W3CDTF">2026-10-06T07:26:00Z</dcterms:modified>
  <cp:category/>
</cp:coreProperties>
</file>